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B369ED" w14:textId="6AD99E66" w:rsidR="000976E2" w:rsidRDefault="00000000">
      <w:pPr>
        <w:jc w:val="center"/>
        <w:rPr>
          <w:sz w:val="20"/>
          <w:szCs w:val="20"/>
        </w:rPr>
      </w:pPr>
      <w:r>
        <w:rPr>
          <w:b/>
          <w:color w:val="232323"/>
          <w:sz w:val="48"/>
        </w:rPr>
        <w:t>DAVID BEALL</w:t>
      </w:r>
      <w:r>
        <w:rPr>
          <w:b/>
          <w:color w:val="232323"/>
          <w:sz w:val="48"/>
        </w:rPr>
        <w:br/>
      </w:r>
      <w:r>
        <w:rPr>
          <w:b/>
          <w:color w:val="375A8C"/>
          <w:sz w:val="24"/>
        </w:rPr>
        <w:t>Engineering Leadership • Frontend Architecture • Design Systems</w:t>
      </w:r>
      <w:r>
        <w:rPr>
          <w:i/>
        </w:rPr>
        <w:br/>
      </w:r>
      <w:r w:rsidR="00111991" w:rsidRPr="009729D7">
        <w:rPr>
          <w:sz w:val="20"/>
          <w:szCs w:val="20"/>
        </w:rPr>
        <w:t>Holden, MA •</w:t>
      </w:r>
      <w:r w:rsidR="00111991">
        <w:rPr>
          <w:sz w:val="20"/>
          <w:szCs w:val="20"/>
        </w:rPr>
        <w:t xml:space="preserve"> </w:t>
      </w:r>
      <w:r w:rsidR="00111991" w:rsidRPr="009729D7">
        <w:rPr>
          <w:sz w:val="20"/>
          <w:szCs w:val="20"/>
        </w:rPr>
        <w:t>(978) 855-6062</w:t>
      </w:r>
      <w:r w:rsidR="00111991">
        <w:rPr>
          <w:sz w:val="20"/>
          <w:szCs w:val="20"/>
        </w:rPr>
        <w:t xml:space="preserve"> </w:t>
      </w:r>
      <w:r w:rsidR="00111991" w:rsidRPr="009729D7">
        <w:rPr>
          <w:sz w:val="20"/>
          <w:szCs w:val="20"/>
        </w:rPr>
        <w:t xml:space="preserve">• </w:t>
      </w:r>
      <w:hyperlink r:id="rId6" w:history="1">
        <w:r w:rsidR="00111991" w:rsidRPr="009729D7">
          <w:rPr>
            <w:rStyle w:val="Hyperlink"/>
            <w:sz w:val="20"/>
            <w:szCs w:val="20"/>
          </w:rPr>
          <w:t>djbeall@gmail.com</w:t>
        </w:r>
      </w:hyperlink>
      <w:r w:rsidR="00111991" w:rsidRPr="009729D7">
        <w:rPr>
          <w:sz w:val="20"/>
          <w:szCs w:val="20"/>
        </w:rPr>
        <w:t xml:space="preserve"> • </w:t>
      </w:r>
      <w:hyperlink r:id="rId7" w:history="1">
        <w:r w:rsidR="00111991" w:rsidRPr="009729D7">
          <w:rPr>
            <w:rStyle w:val="Hyperlink"/>
            <w:sz w:val="20"/>
            <w:szCs w:val="20"/>
          </w:rPr>
          <w:t>davidbeall.info</w:t>
        </w:r>
      </w:hyperlink>
      <w:r w:rsidR="00111991">
        <w:t xml:space="preserve"> </w:t>
      </w:r>
      <w:r w:rsidR="00111991" w:rsidRPr="009729D7">
        <w:rPr>
          <w:sz w:val="20"/>
          <w:szCs w:val="20"/>
        </w:rPr>
        <w:t>•</w:t>
      </w:r>
      <w:r w:rsidR="00111991">
        <w:rPr>
          <w:sz w:val="20"/>
          <w:szCs w:val="20"/>
        </w:rPr>
        <w:t xml:space="preserve"> </w:t>
      </w:r>
      <w:hyperlink r:id="rId8" w:history="1">
        <w:r w:rsidR="00111991" w:rsidRPr="005E5621">
          <w:rPr>
            <w:rStyle w:val="Hyperlink"/>
            <w:sz w:val="20"/>
            <w:szCs w:val="20"/>
          </w:rPr>
          <w:t>Link</w:t>
        </w:r>
        <w:r w:rsidR="00111991" w:rsidRPr="005E5621">
          <w:rPr>
            <w:rStyle w:val="Hyperlink"/>
            <w:sz w:val="20"/>
            <w:szCs w:val="20"/>
          </w:rPr>
          <w:t>e</w:t>
        </w:r>
        <w:r w:rsidR="00111991" w:rsidRPr="005E5621">
          <w:rPr>
            <w:rStyle w:val="Hyperlink"/>
            <w:sz w:val="20"/>
            <w:szCs w:val="20"/>
          </w:rPr>
          <w:t>dIn</w:t>
        </w:r>
      </w:hyperlink>
    </w:p>
    <w:p w14:paraId="5C003142" w14:textId="4B8FE88F" w:rsidR="00111991" w:rsidRDefault="00111991">
      <w:pPr>
        <w:jc w:val="center"/>
      </w:pPr>
      <w:r>
        <w:rPr>
          <w:i/>
        </w:rPr>
        <w:t>Engineering experiences people remember</w:t>
      </w:r>
      <w:r>
        <w:rPr>
          <w:i/>
        </w:rPr>
        <w:t>.</w:t>
      </w:r>
    </w:p>
    <w:p w14:paraId="7DF3651D" w14:textId="2185CBD0" w:rsidR="000976E2" w:rsidRDefault="00111991">
      <w:r>
        <w:rPr>
          <w:b/>
          <w:color w:val="375A8C"/>
        </w:rPr>
        <w:br/>
      </w:r>
      <w:r w:rsidR="00000000">
        <w:rPr>
          <w:b/>
          <w:color w:val="375A8C"/>
        </w:rPr>
        <w:t>EXECUTIVE SUMMARY</w:t>
      </w:r>
    </w:p>
    <w:p w14:paraId="7D7AF654" w14:textId="77777777" w:rsidR="000976E2" w:rsidRDefault="00000000">
      <w:pPr>
        <w:spacing w:after="120"/>
      </w:pPr>
      <w:r>
        <w:t>Engineering leader and frontend architect with extensive experience modernizing enterprise web platforms, defining frontend architecture, building reusable design systems, and improving developer productivity through thoughtful engineering practices. Throughout my career I've worked at the intersection of Engineering, Product, UX, and customers—building reusable platforms, mentoring engineers, and transforming complex business problems into software people enjoy using.</w:t>
      </w:r>
    </w:p>
    <w:p w14:paraId="13273D3C" w14:textId="77777777" w:rsidR="00111991" w:rsidRDefault="00111991">
      <w:pPr>
        <w:spacing w:after="120"/>
      </w:pPr>
    </w:p>
    <w:p w14:paraId="7148F65D" w14:textId="77777777" w:rsidR="000976E2" w:rsidRDefault="00000000">
      <w:r>
        <w:rPr>
          <w:b/>
          <w:color w:val="375A8C"/>
        </w:rPr>
        <w:t>CAREER HIGHLIGHTS</w:t>
      </w:r>
    </w:p>
    <w:p w14:paraId="172045C0" w14:textId="59DB3081" w:rsidR="000976E2" w:rsidRDefault="00000000">
      <w:pPr>
        <w:pStyle w:val="ListBullet"/>
      </w:pPr>
      <w:r>
        <w:t xml:space="preserve">Designed and modernized enterprise frontend platforms spanning </w:t>
      </w:r>
      <w:r w:rsidR="00042DBD">
        <w:t xml:space="preserve">Svelte, </w:t>
      </w:r>
      <w:r>
        <w:t xml:space="preserve">Angular, </w:t>
      </w:r>
      <w:proofErr w:type="spellStart"/>
      <w:r w:rsidR="00042DBD">
        <w:t>and</w:t>
      </w:r>
      <w:r>
        <w:t xml:space="preserve"> </w:t>
      </w:r>
      <w:proofErr w:type="spellEnd"/>
      <w:r>
        <w:t>ASP.NET.</w:t>
      </w:r>
    </w:p>
    <w:p w14:paraId="1649F16B" w14:textId="77777777" w:rsidR="000976E2" w:rsidRDefault="00000000">
      <w:pPr>
        <w:pStyle w:val="ListBullet"/>
      </w:pPr>
      <w:r>
        <w:t>Won four innovation competitions with ideas that became production software.</w:t>
      </w:r>
    </w:p>
    <w:p w14:paraId="2DBF5D21" w14:textId="4085EB72" w:rsidR="000976E2" w:rsidRDefault="00042DBD">
      <w:pPr>
        <w:pStyle w:val="ListBullet"/>
      </w:pPr>
      <w:r>
        <w:t>M</w:t>
      </w:r>
      <w:r w:rsidR="00000000">
        <w:t>entored engineering teams while championing reusable component</w:t>
      </w:r>
      <w:r>
        <w:t>ry and</w:t>
      </w:r>
      <w:r w:rsidR="00000000">
        <w:t xml:space="preserve"> </w:t>
      </w:r>
      <w:r>
        <w:t>best practices.</w:t>
      </w:r>
    </w:p>
    <w:p w14:paraId="40A52159" w14:textId="77777777" w:rsidR="00042DBD" w:rsidRDefault="00042DBD" w:rsidP="00042DBD">
      <w:pPr>
        <w:pStyle w:val="ListBullet"/>
        <w:numPr>
          <w:ilvl w:val="0"/>
          <w:numId w:val="0"/>
        </w:numPr>
      </w:pPr>
    </w:p>
    <w:p w14:paraId="21648ADD" w14:textId="77777777" w:rsidR="000976E2" w:rsidRDefault="00000000">
      <w:r>
        <w:rPr>
          <w:b/>
          <w:color w:val="375A8C"/>
        </w:rPr>
        <w:t>CORE STRENGTHS</w:t>
      </w:r>
    </w:p>
    <w:p w14:paraId="29300BE4" w14:textId="6F4C3827" w:rsidR="000976E2" w:rsidRDefault="00042DBD">
      <w:r>
        <w:t>Leadership</w:t>
      </w:r>
      <w:r>
        <w:t xml:space="preserve">: </w:t>
      </w:r>
      <w:r w:rsidR="00000000">
        <w:t xml:space="preserve">Frontend Architecture • </w:t>
      </w:r>
      <w:r>
        <w:t>Team Building</w:t>
      </w:r>
      <w:r w:rsidR="00000000">
        <w:t xml:space="preserve"> • Product &amp; UX Collaboration</w:t>
      </w:r>
      <w:r>
        <w:t xml:space="preserve"> </w:t>
      </w:r>
      <w:r>
        <w:t>•</w:t>
      </w:r>
      <w:r>
        <w:t xml:space="preserve"> Project Management</w:t>
      </w:r>
      <w:r w:rsidR="00000000">
        <w:br/>
      </w:r>
      <w:r>
        <w:t xml:space="preserve">Technologies: </w:t>
      </w:r>
      <w:r w:rsidR="00000000">
        <w:t>Angular • Svelte • React • Vue • TypeScript • JavaScript • Tailwind CSS</w:t>
      </w:r>
      <w:r>
        <w:t xml:space="preserve"> </w:t>
      </w:r>
      <w:r>
        <w:t xml:space="preserve">• </w:t>
      </w:r>
      <w:proofErr w:type="spellStart"/>
      <w:r>
        <w:t>TanStack</w:t>
      </w:r>
      <w:proofErr w:type="spellEnd"/>
      <w:r>
        <w:t xml:space="preserve"> Query • Zod</w:t>
      </w:r>
      <w:r w:rsidR="00000000">
        <w:br/>
        <w:t xml:space="preserve">Modern Engineering: GitHub Copilot • Claude Code • ChatGPT </w:t>
      </w:r>
      <w:r w:rsidR="007E43E5">
        <w:t xml:space="preserve">| </w:t>
      </w:r>
      <w:r w:rsidR="00000000">
        <w:t xml:space="preserve">Cloud: AWS • Azure • </w:t>
      </w:r>
      <w:proofErr w:type="spellStart"/>
      <w:r w:rsidR="00000000">
        <w:t>Vercel</w:t>
      </w:r>
      <w:proofErr w:type="spellEnd"/>
      <w:r>
        <w:br/>
      </w:r>
    </w:p>
    <w:p w14:paraId="3344E7DF" w14:textId="77777777" w:rsidR="000976E2" w:rsidRDefault="00000000">
      <w:r>
        <w:rPr>
          <w:b/>
          <w:color w:val="375A8C"/>
        </w:rPr>
        <w:t>PROFESSIONAL EXPERIENCE</w:t>
      </w:r>
    </w:p>
    <w:p w14:paraId="758018C5" w14:textId="77777777" w:rsidR="000976E2" w:rsidRDefault="00000000">
      <w:r>
        <w:rPr>
          <w:b/>
        </w:rPr>
        <w:t>Software Engineering Manager</w:t>
      </w:r>
      <w:r>
        <w:t xml:space="preserve"> | Tuvoli | 2021–Present</w:t>
      </w:r>
    </w:p>
    <w:p w14:paraId="4E4337B3" w14:textId="650DD524" w:rsidR="000976E2" w:rsidRDefault="00000000">
      <w:pPr>
        <w:pStyle w:val="ListBullet"/>
      </w:pPr>
      <w:r>
        <w:t>Provided technical direction for the frontend platform, guiding architecture, engineering standards, and modernization</w:t>
      </w:r>
      <w:r w:rsidR="007E43E5">
        <w:t xml:space="preserve"> </w:t>
      </w:r>
      <w:r w:rsidR="007E43E5">
        <w:t>while leading a distributed engineering team</w:t>
      </w:r>
      <w:r>
        <w:t>.</w:t>
      </w:r>
      <w:r w:rsidR="00C6499E">
        <w:t xml:space="preserve">  </w:t>
      </w:r>
      <w:r w:rsidR="00086591">
        <w:t>Supported</w:t>
      </w:r>
      <w:r w:rsidR="00C6499E">
        <w:t xml:space="preserve"> through pull request reviews.</w:t>
      </w:r>
    </w:p>
    <w:p w14:paraId="03BCAAB8" w14:textId="22353B00" w:rsidR="000976E2" w:rsidRDefault="00000000">
      <w:pPr>
        <w:pStyle w:val="ListBullet"/>
      </w:pPr>
      <w:r>
        <w:t xml:space="preserve">Architected a modern </w:t>
      </w:r>
      <w:proofErr w:type="spellStart"/>
      <w:r>
        <w:t>SvelteKit</w:t>
      </w:r>
      <w:proofErr w:type="spellEnd"/>
      <w:r>
        <w:t xml:space="preserve"> platform focused on productivity, maintainability, and performance.</w:t>
      </w:r>
    </w:p>
    <w:p w14:paraId="77EDFC67" w14:textId="518D7682" w:rsidR="000976E2" w:rsidRDefault="00000000">
      <w:pPr>
        <w:pStyle w:val="ListBullet"/>
      </w:pPr>
      <w:r>
        <w:t xml:space="preserve">Built reusable UI components and engineering standards that improved consistency and reduced </w:t>
      </w:r>
      <w:r w:rsidR="00C6499E">
        <w:t>bugs</w:t>
      </w:r>
      <w:r>
        <w:t>.</w:t>
      </w:r>
    </w:p>
    <w:p w14:paraId="7FF8F805" w14:textId="77777777" w:rsidR="000976E2" w:rsidRDefault="00000000">
      <w:pPr>
        <w:pStyle w:val="ListBullet"/>
      </w:pPr>
      <w:r>
        <w:t>Designed configurable white-label booking widgets deployed across 12 customer websites.</w:t>
      </w:r>
    </w:p>
    <w:p w14:paraId="0D4FDAB8" w14:textId="77777777" w:rsidR="000976E2" w:rsidRDefault="00000000">
      <w:pPr>
        <w:pStyle w:val="ListBullet"/>
      </w:pPr>
      <w:r>
        <w:t>Rebuilt Tuvoli.com in SvelteKit, achieving a 99 Lighthouse Performance &amp; SEO score.</w:t>
      </w:r>
    </w:p>
    <w:p w14:paraId="4B8684E8" w14:textId="77777777" w:rsidR="000976E2" w:rsidRDefault="00000000">
      <w:pPr>
        <w:pStyle w:val="ListBullet"/>
      </w:pPr>
      <w:r>
        <w:t>Mentored engineers through coaching, code reviews, and career development.</w:t>
      </w:r>
    </w:p>
    <w:p w14:paraId="02A59DBD" w14:textId="77777777" w:rsidR="000976E2" w:rsidRDefault="00000000">
      <w:r>
        <w:rPr>
          <w:b/>
        </w:rPr>
        <w:t>Principal User Interface Engineer</w:t>
      </w:r>
      <w:r>
        <w:t xml:space="preserve"> | Enel X (EnerNOC) | 2016–2021</w:t>
      </w:r>
    </w:p>
    <w:p w14:paraId="26A10CE4" w14:textId="52A80A63" w:rsidR="000976E2" w:rsidRDefault="00000000">
      <w:pPr>
        <w:pStyle w:val="ListBullet"/>
      </w:pPr>
      <w:r>
        <w:t xml:space="preserve">Led frontend </w:t>
      </w:r>
      <w:r w:rsidR="00C6499E">
        <w:t>development</w:t>
      </w:r>
      <w:r>
        <w:t xml:space="preserve"> for </w:t>
      </w:r>
      <w:r w:rsidR="00C6499E">
        <w:t xml:space="preserve">several </w:t>
      </w:r>
      <w:r>
        <w:t>enterprise web applications.</w:t>
      </w:r>
    </w:p>
    <w:p w14:paraId="0B784746" w14:textId="53C1D132" w:rsidR="000976E2" w:rsidRDefault="00000000">
      <w:pPr>
        <w:pStyle w:val="ListBullet"/>
      </w:pPr>
      <w:r>
        <w:t>Co-designed a modular ASP.NET + Angular micro-frontend architecture</w:t>
      </w:r>
      <w:r w:rsidR="00C6499E">
        <w:t xml:space="preserve"> for optimized performance</w:t>
      </w:r>
      <w:r>
        <w:t>.</w:t>
      </w:r>
    </w:p>
    <w:p w14:paraId="2052F4A4" w14:textId="0B744CD4" w:rsidR="000976E2" w:rsidRDefault="00000000">
      <w:pPr>
        <w:pStyle w:val="ListBullet"/>
      </w:pPr>
      <w:r>
        <w:t xml:space="preserve">Built reusable UI </w:t>
      </w:r>
      <w:r w:rsidR="00C6499E">
        <w:t>components</w:t>
      </w:r>
      <w:r>
        <w:t xml:space="preserve">, dashboards, </w:t>
      </w:r>
      <w:r w:rsidR="00C6499E">
        <w:t>interactive maps</w:t>
      </w:r>
      <w:r>
        <w:t xml:space="preserve">, </w:t>
      </w:r>
      <w:r w:rsidR="00C6499E">
        <w:t>complex reports and visualizations.</w:t>
      </w:r>
    </w:p>
    <w:p w14:paraId="297FF180" w14:textId="77777777" w:rsidR="000976E2" w:rsidRDefault="00000000">
      <w:pPr>
        <w:pStyle w:val="ListBullet"/>
      </w:pPr>
      <w:r>
        <w:t>Partnered with Product, UX, and Backend Engineering to deliver sophisticated customer workflows.</w:t>
      </w:r>
    </w:p>
    <w:p w14:paraId="2C607EA3" w14:textId="07B417A4" w:rsidR="000976E2" w:rsidRDefault="00000000">
      <w:pPr>
        <w:pStyle w:val="ListBullet"/>
      </w:pPr>
      <w:r>
        <w:t>Won Ship It Day with a prototype later incorporated into the product.</w:t>
      </w:r>
      <w:r w:rsidR="00C6499E">
        <w:br/>
      </w:r>
    </w:p>
    <w:p w14:paraId="0CE70377" w14:textId="77777777" w:rsidR="000976E2" w:rsidRDefault="00000000">
      <w:r>
        <w:rPr>
          <w:b/>
          <w:color w:val="375A8C"/>
        </w:rPr>
        <w:lastRenderedPageBreak/>
        <w:t>EARLIER CAREER</w:t>
      </w:r>
    </w:p>
    <w:p w14:paraId="330CDE05" w14:textId="241F3833" w:rsidR="00C6499E" w:rsidRPr="00C6499E" w:rsidRDefault="00C6499E">
      <w:r>
        <w:t>Senior Software Engineer – Kronos (UKG)</w:t>
      </w:r>
      <w:r>
        <w:br/>
        <w:t>Principal User Experience Engineer – Dell EMC</w:t>
      </w:r>
      <w:r>
        <w:br/>
        <w:t xml:space="preserve">Senior User Interface Engineer – </w:t>
      </w:r>
      <w:proofErr w:type="spellStart"/>
      <w:r>
        <w:t>GTXcel</w:t>
      </w:r>
      <w:proofErr w:type="spellEnd"/>
      <w:r>
        <w:br/>
        <w:t>User Experience Developer – Kronos</w:t>
      </w:r>
      <w:r>
        <w:br/>
        <w:t>Technical Presales Consultant – Kronos</w:t>
      </w:r>
      <w:r>
        <w:br/>
        <w:t>Business Systems Analyst – Kronos</w:t>
      </w:r>
      <w:r>
        <w:br/>
        <w:t>Web Application Developer / Webmaster – SimplexGrinnell</w:t>
      </w:r>
      <w:r>
        <w:br/>
      </w:r>
    </w:p>
    <w:p w14:paraId="5D4552EB" w14:textId="46367AAB" w:rsidR="000976E2" w:rsidRDefault="00000000">
      <w:r>
        <w:rPr>
          <w:b/>
          <w:color w:val="375A8C"/>
        </w:rPr>
        <w:t>CONTINUOUS LEARNING</w:t>
      </w:r>
    </w:p>
    <w:p w14:paraId="478AE9E5" w14:textId="6626D82A" w:rsidR="000976E2" w:rsidRDefault="00000000">
      <w:pPr>
        <w:pStyle w:val="ListBullet"/>
      </w:pPr>
      <w:r>
        <w:t xml:space="preserve">Actively expanding React </w:t>
      </w:r>
      <w:r w:rsidR="00C6499E">
        <w:t xml:space="preserve">and React Native </w:t>
      </w:r>
      <w:r>
        <w:t>expertise through personal projects.</w:t>
      </w:r>
    </w:p>
    <w:p w14:paraId="373BDEF1" w14:textId="7CD88E1F" w:rsidR="000976E2" w:rsidRDefault="00000000">
      <w:pPr>
        <w:pStyle w:val="ListBullet"/>
      </w:pPr>
      <w:r>
        <w:t>Us</w:t>
      </w:r>
      <w:r w:rsidR="00C6499E">
        <w:t>ing</w:t>
      </w:r>
      <w:r>
        <w:t xml:space="preserve"> GitHub Copilot, Claude Code, and ChatGPT daily to accelerate learning </w:t>
      </w:r>
      <w:r w:rsidR="00C6499E">
        <w:t>and</w:t>
      </w:r>
      <w:r>
        <w:t xml:space="preserve"> productivity.</w:t>
      </w:r>
    </w:p>
    <w:p w14:paraId="0EE49AD8" w14:textId="1B8ADA24" w:rsidR="000976E2" w:rsidRDefault="00000000">
      <w:pPr>
        <w:pStyle w:val="ListBullet"/>
      </w:pPr>
      <w:r>
        <w:t>Continuously evaluat</w:t>
      </w:r>
      <w:r w:rsidR="00C6499E">
        <w:t xml:space="preserve">ing </w:t>
      </w:r>
      <w:r>
        <w:t>emerging frontend technologies to inform long-term architectural decisions.</w:t>
      </w:r>
    </w:p>
    <w:p w14:paraId="3657BE92" w14:textId="77777777" w:rsidR="00C6499E" w:rsidRDefault="00C6499E" w:rsidP="00C6499E">
      <w:pPr>
        <w:pStyle w:val="ListBullet"/>
        <w:numPr>
          <w:ilvl w:val="0"/>
          <w:numId w:val="0"/>
        </w:numPr>
      </w:pPr>
    </w:p>
    <w:p w14:paraId="73151B65" w14:textId="77777777" w:rsidR="000976E2" w:rsidRDefault="00000000">
      <w:r>
        <w:rPr>
          <w:b/>
          <w:color w:val="375A8C"/>
        </w:rPr>
        <w:t>EDUCATION</w:t>
      </w:r>
    </w:p>
    <w:p w14:paraId="34E3C7BC" w14:textId="55DBB11E" w:rsidR="000976E2" w:rsidRDefault="00000000">
      <w:r>
        <w:t>B.B.A., Marketing — University of Massachusetts Amherst</w:t>
      </w:r>
      <w:r w:rsidR="00C6499E">
        <w:br/>
      </w:r>
      <w:r>
        <w:t>Human Computer Interaction — Stanford University (edX)</w:t>
      </w:r>
      <w:r w:rsidR="007F211A">
        <w:br/>
      </w:r>
    </w:p>
    <w:p w14:paraId="720F02C1" w14:textId="3858203D" w:rsidR="007F211A" w:rsidRDefault="007F211A" w:rsidP="007F211A">
      <w:r>
        <w:rPr>
          <w:b/>
          <w:color w:val="375A8C"/>
        </w:rPr>
        <w:t>LEADERSHIP PHILOSOPHY</w:t>
      </w:r>
    </w:p>
    <w:p w14:paraId="4E037C01" w14:textId="731EA3E9" w:rsidR="00C6499E" w:rsidRDefault="007F211A" w:rsidP="007F211A">
      <w:r w:rsidRPr="007F211A">
        <w:t>I believe the best engineering organizations create memorable experiences for users, developers, product teams, and the people they lead. Technology is a means to an end: helping people accomplish their goals through thoughtful, reliable, and human-centered software.</w:t>
      </w:r>
    </w:p>
    <w:sectPr w:rsidR="00C6499E" w:rsidSect="00034616">
      <w:pgSz w:w="12240" w:h="15840"/>
      <w:pgMar w:top="720" w:right="800" w:bottom="720" w:left="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56828393">
    <w:abstractNumId w:val="8"/>
  </w:num>
  <w:num w:numId="2" w16cid:durableId="2095079559">
    <w:abstractNumId w:val="6"/>
  </w:num>
  <w:num w:numId="3" w16cid:durableId="1578201588">
    <w:abstractNumId w:val="5"/>
  </w:num>
  <w:num w:numId="4" w16cid:durableId="563570335">
    <w:abstractNumId w:val="4"/>
  </w:num>
  <w:num w:numId="5" w16cid:durableId="2107843266">
    <w:abstractNumId w:val="7"/>
  </w:num>
  <w:num w:numId="6" w16cid:durableId="343552616">
    <w:abstractNumId w:val="3"/>
  </w:num>
  <w:num w:numId="7" w16cid:durableId="359206019">
    <w:abstractNumId w:val="2"/>
  </w:num>
  <w:num w:numId="8" w16cid:durableId="377172842">
    <w:abstractNumId w:val="1"/>
  </w:num>
  <w:num w:numId="9" w16cid:durableId="115444799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9"/>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42DBD"/>
    <w:rsid w:val="0006063C"/>
    <w:rsid w:val="00086591"/>
    <w:rsid w:val="000976E2"/>
    <w:rsid w:val="00111991"/>
    <w:rsid w:val="0015074B"/>
    <w:rsid w:val="0029639D"/>
    <w:rsid w:val="00326F90"/>
    <w:rsid w:val="005D0F82"/>
    <w:rsid w:val="007E43E5"/>
    <w:rsid w:val="007F211A"/>
    <w:rsid w:val="00892367"/>
    <w:rsid w:val="00AA1D8D"/>
    <w:rsid w:val="00B47730"/>
    <w:rsid w:val="00BE25F4"/>
    <w:rsid w:val="00C6499E"/>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CED297"/>
  <w14:defaultImageDpi w14:val="300"/>
  <w15:docId w15:val="{FB4E5CE6-76CE-0748-B7BF-A3DC9583B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111991"/>
    <w:rPr>
      <w:color w:val="0000FF" w:themeColor="hyperlink"/>
      <w:u w:val="single"/>
    </w:rPr>
  </w:style>
  <w:style w:type="character" w:styleId="FollowedHyperlink">
    <w:name w:val="FollowedHyperlink"/>
    <w:basedOn w:val="DefaultParagraphFont"/>
    <w:uiPriority w:val="99"/>
    <w:semiHidden/>
    <w:unhideWhenUsed/>
    <w:rsid w:val="0011199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nkedin.com/in/davidjbeall" TargetMode="External"/><Relationship Id="rId3" Type="http://schemas.openxmlformats.org/officeDocument/2006/relationships/styles" Target="styles.xml"/><Relationship Id="rId7" Type="http://schemas.openxmlformats.org/officeDocument/2006/relationships/hyperlink" Target="https://davidbeall.inf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djbeall@gmail.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443</Words>
  <Characters>3195</Characters>
  <Application>Microsoft Office Word</Application>
  <DocSecurity>0</DocSecurity>
  <Lines>69</Lines>
  <Paragraphs>39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3599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David Beall</cp:lastModifiedBy>
  <cp:revision>2</cp:revision>
  <dcterms:created xsi:type="dcterms:W3CDTF">2026-07-07T03:29:00Z</dcterms:created>
  <dcterms:modified xsi:type="dcterms:W3CDTF">2026-07-07T03:29:00Z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2026-07-07T03:21:32Z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60d2af52-3b8f-4ab8-84da-b5b4d74f3b32</vt:lpwstr>
  </property>
  <property fmtid="{D5CDD505-2E9C-101B-9397-08002B2CF9AE}" pid="7" name="MSIP_Label_defa4170-0d19-0005-0004-bc88714345d2_ActionId">
    <vt:lpwstr>96f54e2e-ec9b-4916-96d1-1c9517471251</vt:lpwstr>
  </property>
  <property fmtid="{D5CDD505-2E9C-101B-9397-08002B2CF9AE}" pid="8" name="MSIP_Label_defa4170-0d19-0005-0004-bc88714345d2_ContentBits">
    <vt:lpwstr>0</vt:lpwstr>
  </property>
  <property fmtid="{D5CDD505-2E9C-101B-9397-08002B2CF9AE}" pid="9" name="MSIP_Label_defa4170-0d19-0005-0004-bc88714345d2_Tag">
    <vt:lpwstr>50, 3, 0, 1</vt:lpwstr>
  </property>
</Properties>
</file>